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מסלול 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הסיפור על אאוגוסטו והחבר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האירועים בסיפור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איך החבר נראה לבין מי שהוא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רב-מלאך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 בן 13)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(ילד יפה וחכם שאאוגוסטו מעריץ)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(אמא של החבר)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לומד עם החבר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הילדים חושבים שהחבר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כולם מגלים שאמא שלו מתה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 בכיתה של אאוגוסטו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גילו שהוא עני ואמא שלו הייתה המשרתת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מצטער ועדיין אוהב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עם תמונות לצד המשפטים לתלמידים שמתקשים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הסעיפים המסומנים skip_n בכיתות חנ"ם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מסלול 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הסיפור החבר בשפה פשוטה, עם שאלות קצרות וקלות.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עשיר  ·  רב-מלאך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בן כמה אאוגוסטו?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אאוגוסטו קורא לילד היפה בלב?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רב-מלאך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חרשן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אאוגוסטו הוא תלמיד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אאוגוסטו, כשהוא מבוגר, עדיין אוהב את החבר.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אאוגוסטו קורא לילד היפה בלב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הילדים בכיתה חושבים שהחבר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ילד יפה וחכם שאאוגוסטו מעריץ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אמא של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תלמיד בן 13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מגלים שאמא שלו מתה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אאוגוסטו לומד עם החבר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הילדים חושבים שהחבר עשיר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בוכה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זה החבר?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הילדים התייחסו לחבר בבוז?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החבר – מסלול קל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