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🤝 החבר – אלזה מורנטה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הסיפור החבר – מסלול קל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הסיפור על אאוגוסטו והחבר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את האירועים בסיפור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להבדיל בין איך החבר נראה לבין מי שהוא באמת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רב-מלאך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שהוא עשיר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שהיא המשרתת שלו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מסופר בתחילת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היא הייתה אמא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הם מזלזלים בו (בוז)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מסופר בסוף 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רב-מלאך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אמא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מתאימים דמות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(תלמיד בן 13)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(ילד יפה וחכם שאאוגוסטו מעריץ)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(אמא של החבר)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(בעל החנות שבה עובד החבר)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אאוגוסטו לומד עם החבר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 הילדים חושבים שהחבר עשיר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החבר בוכה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כולם מגלים שאמא שלו מתה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החבר עוזב את בית הספר ועובד בחנות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אאוגוסטו פוגש את החבר בחנות ואומר דברים לא יפים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מילים אפשריות: מתבייש, עצוב, פגוע, מבויש, כואב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ילד בכיתה של אאוגוסטו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גילו שהוא עני ואמא שלו הייתה המשרתת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הוא מצטער ועדיין אוהב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הסיפור בקול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לעבוד עם תמונות לצד המשפטים לתלמידים שמתקשים בקריאה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לוותר על הסעיפים המסומנים skip_n בכיתות חנ"ם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🤝 החבר – אלזה מורנטה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הסיפור החבר – מסלול קל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שאלות קלות וקצרות על הסיפור החבר.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חבר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ילד בכיתה של אאוגוסטו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רב-מלאך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יפה שאאוגוסטו נותן לחבר בלב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משרתת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אישה שעוזרת בבית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מתבייש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מרגיש לא נעים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בוז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יחס לא יפה, זלזול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אין לו הרבה כסף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עשיר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לו הרבה כסף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חרשן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לא יפה שאומרים לילד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הגיל של אאוגוסטו?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אאוגוסטו חושב על החבר?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רב-מלאך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חרשן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חושבים הילדים על החבר?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שהוא עני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שהוא עשיר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שהוא חכם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שהוא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החבר אומר כשהוא מדבר על האישה?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שהיא אמא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שהיא המשרתת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שהיא דודה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שהיא מורה שלו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אאוגוסטו הוא תלמיד טוב.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האישה שבאה לקחת את החבר היא באמת המשרתת שלו.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שהילדים יודעים את האמת הם מתייחסים יפה לחבר.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אאוגוסטו, כשהוא מבוגר, עדיין אוהב את החבר.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אאוגוסטו קורא לילד היפה בלב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כל הילדים בכיתה חושבים שהחבר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למחרת כולם יודעים שה__________ של החבר מתה.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אחרי שהחבר עוזב את בית הספר הוא עובד בחנות של ה__________.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מתאימים דמות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אאוגוסטו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ילד יפה וחכם שאאוגוסטו מעריץ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החבר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אמא של החבר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האישה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בעל החנות שבה עובד החבר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הדוד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תלמיד בן 13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כולם מגלים שאמא שלו מתה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אאוגוסטו לומד עם החבר בכיתה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החבר עוזב את בית הספר ועובד בחנות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אאוגוסטו פוגש את החבר בחנות ואומר דברים לא יפים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הילדים חושבים שהחבר עשיר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החבר בוכה בכיתה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 מילים שמתארות איך החבר הרגיש כשכולם גילו שאמא שלו היא המשרתת.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זה החבר?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הילדים התייחסו לחבר בבוז?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אאוגוסטו מרגיש היום כשהוא חושב על החבר?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הסיפור החבר – מסלול קל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