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מסלול 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הסיפור על אאוגוסטו והחבר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האירועים בסיפור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איך החבר נראה לבין מי שהוא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שהוא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שהיא המשרתת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הייתה אמא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מזלזלים בו (בוז)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(תלמיד בן 13)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(ילד יפה וחכם שאאוגוסטו מעריץ)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(אמא של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(בעל החנות שבה עובד החבר)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אאוגוסטו לומד עם החבר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הילדים חושבים שהחבר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בוכה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כולם מגלים שאמא שלו מתה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החבר עוזב את בית הספר ועובד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אאוגוסטו פוגש את החבר בחנות ואומר דברים לא יפים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אפשריות: מתבייש, עצוב, פגוע, מבויש, כואב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ילד בכיתה של אאוגוסטו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גילו שהוא עני ואמא שלו הייתה המשרתת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מצטער ועדיין אוהב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עם תמונות לצד המשפטים לתלמידים שמתקשים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הסעיפים המסומנים skip_n בכיתות חנ"ם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מסלול 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הסיפור החבר בשפה פשוטה, עם שאלות קצרות וקלות.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בן כמה אאוגוסטו?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אאוגוסטו קורא לילד היפה בלב?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רב-מלאך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הילדים בכיתה חושבים על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חכם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החבר אומר על האישה שבאה לקחת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אמא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המשרתת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דודה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מורה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הוא תלמיד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שבאה לקחת את החבר היא באמת המשרתת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שהילדים יודעים את האמת הם מתייחסים יפה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אאוגוסטו, כשהוא מבוגר, עדיין אוהב את החבר.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אאוגוסטו קורא לילד היפה בלב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הילדים בכיתה חושבים שהחבר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למחרת כולם יודעים שה__________ של החבר מתה.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שהחבר עוזב את בית הספר הוא עובד בחנות של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אאוגוסטו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אמא של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תלמיד בן 13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החנות שבה עובד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 יפה וחכם שאאוגוסטו מעריץ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מגלים שאמא שלו מתה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בוכה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עוזב את בית הספר ועובד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פוגש את החבר בחנות ואומר דברים לא יפים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חושבים שהחבר עשיר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לומד עם החבר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שמתארות איך החבר הרגיש כשכולם גילו שאמא שלו היא המשרתת.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זה החבר?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הילדים התייחסו לחבר בבוז?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אאוגוסטו מרגיש היום כשהוא חושב על החבר?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החבר – מסלול קל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